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חכם – אסטרטגיות קריאה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קוראים חכם: אסטרטגיות קריאה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מושכל ומשולב בשלושת כלי מש״ה לפענוח מילים לא מוכרות בטקסטים מורכבים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מבנה הטקסט ואת מטרתו באמצעות תעודת זהות ומילות קישור כקשרים לוגיים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לנסח רעיון מרכזי במילים עצמאיות ולהבחין בינו לבין פרטים משניים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לפרק שאלות הבנת הנקרא ברמת בגרות לרכיבים ולזהות את סוג התשובה הנדרש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2 · תעודת זהות של טקסט – היכרות עם המרכיבים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כותרת, במה, מוען, נמען, תאריך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2 · תעודת זהות של טקסט – בדיקת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טקסט ישן עלול להכיל מידע שכבר התיישן או השתנה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הנמען הוא מי שהטקסט מיועד אליו, ואילו הכותב הוא המוען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2 · תעודת זהות של טקסט – השלמת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מוען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תעודת זהות של טקסט – זיהוי לפי סוגה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(נמען: מי שמחפש דירה להשכרה)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(נמען: קהל רחב שמתעניין באירועים)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(נמען: אדם מסוים בשמו)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(נמען: כלל הציבור העובר במקום)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(נמען: מי שרוצה להכין את המנה)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3 · לפני · תוך כדי · אחרי הקריאה – הכרת השלבים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לפני הקריאה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עוצרים בסוף כל פסקה ושואלים מה למדתי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תוך כדי הקריאה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מסכמים במשפט אחד את הרעיון המרכזי ובודקים את הניחוש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3 · לפני · תוך כדי · אחרי הקריאה – התאמת פעולות לשלב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(לפני הקריאה)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(לפני הקריאה)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(תוך כדי הקריאה)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(אחרי הקריאה)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(אחרי הקריאה)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3 · לפני · תוך כדי · אחרי הקריאה – יישום על 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שאלה שמבוססת על הכותרת או התמונה, הקשורה לנושא הצפוי של 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תיאור מילה והכלי שבו נעשה שימוש (מילון/שורש/הקשר) עם הסבר קצר כיצד הגיעו לפירוש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משפט קצר המחבר נושא ומה נאמר עליו, בלי פרטים או דוגמאות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עצירה בכל פסקה מונעת אובדן מידע, מאפשרת לזהות בלבול מוקדם ולבנות הבנה הדרגתית של הטקסט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4 · מילות קישור ככלי לוגי – זיהוי סוגי הקשר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ו (הוספה)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(ניגוד)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(סיבה)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(תוצאה)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(זמן ורצף)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ג (סיכום)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4 · מילות קישור ככלי לוגי – שימוש נכון בקשרים לוגיים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למשל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כי מביא סיבה, לכן מביא תוצאה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תוצאה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לעומת זאת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ניגוד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4 · מילות קישור ככלי לוגי – ניתוח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הגיוני המשלב שתי מילות קישור מסוגים שונים, למשל הוספה וניגוד, בשימוש תקין.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הבחנה בין סיבה לתוצאה מבהירה את סדר הדברים ואת ההיגיון בטקסט, ומונעת בלבול בין מה שגרם למשהו לבין התוצאה שנבעה ממנו.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התלמידים הצליחו במבחן כי התאמנו קשה.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6 · השאלה כטקסט: מפרקים שאלה מורכבת – מכירים את האסטרטגיה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קוראים לאט, ולעיתים פעמיים, כולל המילים הקטנות שבשאלה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באיתור מידע התשובה נמצאת בטקסט עצמו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כל מילת הוראה מרמזת על סוג התשובה המצופה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בשלב מבצעים ובודקים חוזרים לשאלה ובודקים שעניתי על הכול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6 · השאלה כטקסט: מפרקים שאלה מורכבת – זיהוי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(קוראים לאט פעמיים אם צריך, גם מילים קטנות)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(בודקים אילו פרטים ורמזים כבר נתונים בשאלה)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(מקיפים מילות הוראה כמו הסבירו, השוו, הביאו ראיות)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(קובעים איזה סוג תשובה נדרש וכמה חלקים צריכים להופיע 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(כותבים את התשובה וחוזרים לוודא שעניתי על כל מה שסומן)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6 · השאלה כטקסט: מפרקים שאלה מורכבת – שלושת סוגי התשובה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איתור מידע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הערכה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פרשנות והיסק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מספר פרטים מדויק בתשובה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חזרה מסכמת – שאלות אמריקאיות על כל האסטרטגיות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הקשר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מוען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תוך כדי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ד – תוצאה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באיתור התשובה כתובה במפורש בטקסט, בפרשנות צריך להסיק ולא להעתיק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ב – מפספסים את המטרייה שמתחתיה עומדים כל הפרטים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חזרה מסכמת – יישום בכתיבה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הכוללת חמישה פרטים מדויקים ורלוונטיים לטקסט שנבחר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פסקה קוהרנטית עם 3 מילות קישור מסוגים שונים מסומנות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ניתוח מלא הכולל זיהוי מילות השאלה, סוג התשובה הנדרש ותכנון התשובה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מראה בחירת כלי מתאים להקשר ולא ניחוש אקראי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הרעיון המרכזי כולל נושא ומה נאמר עליו, בלי פרטים או דוגמאות, ובניסוח עצמאי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זיהוי נכון של סוג השאלה לפי מילות ההוראה (הסבירו, מצאו, הביעו דעה) לפני כתיבת תשובה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לפרוס את החוברת על פני שישה שיעורים, פרק אחד לשיעור, עם חזרה קצרה על הפרק הקודם בתחילת כל מפגש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להתמקד בשני כלים ממש״ה בלבד ולהרחיב בהדרגה לשלושה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בפרק מילות הקישור כדאי לשמור על הצבעוניות הקבועה (סיבה ירוק, תוצאה כחול) כדי לחבר בין החוברת לכרזות הכיתה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בפרק האחרון מומלץ לתרגל על שאלות מבחן אמיתיות מהחומר הנלמד בכיתה, כדי לחבר את האסטרטגיה למציאות הבגרות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חכם – אסטרטגיות קריאה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קוראים חכם: אסטרטגיות קריאה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שישה פרקים. כל פרק מתרגל כלי קריאה אחד. עובדים לפי הסדר, פותרים לבד ובודקים דוגמה. בסוף כל פרק כותבים משפט אחד על מה שלמדנו.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מש״ה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שלושה כלים לפענוח מילה חדשה: מילון, שורש, הקשר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תעודת זהות של טקסט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בדיקת כותרת, במה, מוען, נמען ותאריך לפני הקריאה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מוען ונמען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כתב את הטקסט ולמי הוא מיועד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מילת קישור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שמכוונת את הקורא לכיוון ההמשך, כמו תמרור בדרך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קשר לוגי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יחס בין רעיונות בטקסט, כגון סיבה־תוצאה או ניגוד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רעיון מרכזי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המסר העיקרי של הטקסט, שכל הפרטים נמצאים מתחתיו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הומונים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מילים זהות בכתיב בעלות יותר ממשמעות אחת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שורש חלש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שורש שבו אחת האותיות נחלשת או מושמטת בנטייה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איתור מידע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תשובה הכתובה בטקסט במפורש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פרשנות והיסק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תשובה שדורשת חיבור בין פרטים שאינם כתובים ישירות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2 · תעודת זהות של טקסט – היכרות עם המרכיבים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בודקים כשממלאים תעודת זהות לטקסט?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כותרת, במה, מוען, נמען, תאריך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נושא, רעיון מרכזי, סיכום, מסקנה, ביקורת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שורש, מילון, הקשר, ניחוש, בדיקה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פתיחה, גוף, סיום, כותרת, חתימה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2 · תעודת זהות של טקסט – בדיקת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תאריך הפרסום של טקסט יכול לעזור לנו לדעת אם המידע בו עדיין עדכני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'נמען' הוא תמיד מי שכתב את הטקסט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2 · תעודת זהות של טקסט – השלמת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ה__________ של טקסט הוא המקום שבו הוא פורסם, למשל עיתון, אתר אינטרנט או קיר ברחוב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כדי לדעת מי כתב את הטקסט בודקים מי ה__________ שלו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2 · תעודת זהות של טקסט – זיהוי לפי סוגה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מודעה המחפשת דייר לדירה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נמען: קהל רחב שמתעניין באירועים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ידיעה חדשותית באתר חדשות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נמען: כלל הציבור העובר במקום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מכתב אישי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נמען: מי שמחפש דירה להשכרה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כרזה המודבקת ברחוב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נמען: מי שרוצה להכין את המנה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מתכון בספר בישול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נמען: אדם מסוים בשמו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3 · לפני · תוך כדי · אחרי הקריאה – הכרת השלבים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מתי בודקים מי כתב את הטקסט ומנחשים מה יהיה בו?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לפני הקריאה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תוך כדי הקריאה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אחרי הקריאה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זה לא קשור לשלבי הקריאה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עושה קורא/ת חכם/ה באמצע הקריאה?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מסכמים את הרעיון המרכזי במשפט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עוצרים בסוף כל פסקה ושואלים מה למדתי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מציצים בכותרת ובתמונות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בודקים אם הניחוש התאמת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באיזה שלב משתמשים במש״ה כדי להבין מילה חדשה?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לפני הקריאה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תוך כדי הקריאה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אחרי הקריאה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 קשור לקריאה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עושים אחרי שסיימו לקרוא את הטקסט?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מציצים בתמונות ובכותרות משנה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מסמנים מילים קשות בטקסט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מסכמים במשפט אחד את הרעיון המרכזי ובודקים את הניחוש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רושמים שאלות בשוליים הדף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3 · לפני · תוך כדי · אחרי הקריאה – התאמת פעולות לשלב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שואלים: מה אני כבר יודע/ת על הנושא?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תוך כדי הקריאה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מציצים בכותרות המשנה לפני שמתחילים לקרוא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אחרי הקריאה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מסמנים מילה קשה ופותרים אותה בעזרת מש״ה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אחרי הקריאה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בודקים אם הניחוש מתחילת הקריאה התאמת למה שבאמת כתוב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לפני הקריאה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מחברים את הטקסט לחיים ושואלים מה זה אומר לי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לפני הקריאה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3 · לפני · תוך כדי · אחרי הקריאה – יישום על 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טקסט קצר שתקראו בקרוב. כתבו שאלה אחת ששאלתם את עצמכם לפני הקריאה, לפי הכותרת והתמונות.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תארו דוגמה למילה קשה שפגשתם תוך כדי קריאה, וכיצד פתרתם אותה באחד מכלי מש״ה.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משפט אחד שמסכם את הרעיון המרכזי של טקסט שקראתם לאחרונה, במילים שלכם.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הסבירו מדוע חשוב לעצור ולשאול 'מה למדתי כאן?' בסוף כל פסקה, ולא רק בסוף הטקסט כולו.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4 · מילות קישור ככלי לוגי – זיהוי סוגי הקשר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בנוסף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תוצאה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אולם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זמן ורצף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מפני 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סיכום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לפיכך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סיבה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תחילה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ניגוד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בקיצור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הוספה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4 · מילות קישור ככלי לוגי – שימוש נכון בקשרים לוגיים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מילה מביאה דוגמה?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למשל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אבל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תחילה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ההבדל בין כי ללכן?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מביא סיבה, לכן מביא תוצאה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מביא תוצאה, לכן מביא סיבה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שתיהן מציינות ניגוד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הבדל, אפשר להחליף תמיד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מציינת ’לכן’ כאן?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תוצאה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ניגוד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הוספה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מילה מציינת ניגוד?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לעומת זאת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בנוסף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כגון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תפקיד המילה ’אבל’ בפסקה?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סיכום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ניגוד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דוגמה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זמן ורצף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4 · מילות קישור ככלי לוגי – ניתוח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שתי מילות קישור מסוגים שונים (לא ’כי’ ולא ’לכן’) וכתבו משפט עיוני קצר בנושא לבחירתכם שמשתמש בשתיהן נכון.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מדוע חשוב להבחין בין מילת קישור של סיבה למילת קישור של תוצאה בטקסט עיוני.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קראו: ’התלמידים התאמנו קשה, לפיכך הצליחו במבחן.’ כתבו מחדש את המשפט באמצעות מילת קישור של סיבה במקום תוצאה.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6 · השאלה כטקסט: מפרקים שאלה מורכבת – מכירים את האסטרטגיה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השלב הראשון באסטרטגיה הוא לקרוא את השאלה פעם אחת ובמהירות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שאלת איתור מידע דורשת להעתיק או לנסח פרט שכתוב במפורש בטקסט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סימון מילות השאלה כמו הסבירו, השוו או הביעו דעה עוזר להבין איזו פעולה נדרשת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בשלב האחרון של האסטרטגיה בודקים שהתשובה כוללת את כל מה שסומן בשאלה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6 · השאלה כטקסט: מפרקים שאלה מורכבת – זיהוי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קוראים את השאלה עד הסוף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כותבים את התשובה וחוזרים לוודא שעניתי על כל מה שסומן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מה השאלה כבר מספרת לי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קובעים איזה סוג תשובה נדרש וכמה חלקים צריכים להופיע 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מסמנים את מילות השאלה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קוראים לאט פעמיים אם צריך, גם מילים קטנות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מתכננים את התשובה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בודקים אילו פרטים ורמזים כבר נתונים בשאלה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מבצעים ובודקים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מקיפים מילות הוראה כמו הסבירו, השוו, הביאו ראיות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6 · השאלה כטקסט: מפרקים שאלה מורכבת – שלושת סוגי התשובה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סוג תשובה מתאים לשאלה שהתשובה עליה כתובה במפורש בטקסט?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איתור מידע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פרשנות והיסק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הערכה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סיכום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סוג תשובה דורש לשפוט או לגבש עמדה ולנמק אותה?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איתור מידע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פרשנות והיסק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הערכה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תיאור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סוג תשובה דורש להסיק מסקנה שלא כתובה במפורש בטקסט?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איתור מידע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פרשנות והיסק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הערכה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תאריך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על מה מרמזת מילה כמו ״כמה״ בתוך שאלה?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מספר פרטים מדויק בתשובה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דעה אישית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ניחוש חופשי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התעלמות מהטקסט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חזרה מסכמת – שאלות אמריקאיות על כל האסטרטגיות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כלי במש״ה מתבסס על אותיות השורש?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מילון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שורש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הקשר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תעודת זהות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כלי מש״ה משתמש במשפט שלפני ואחרי המילה?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מילון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שורש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הקשר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רעיון מרכזי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קוראים לפרט שמציין את כותב הטקסט?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נמען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מוען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כותרת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מתי עוצרים לשאול על כל פסקה?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לפני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תוך כדי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אחרי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אף אחד מהשלבים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מסמנת המילה ״לכן״?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הוספה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ניגוד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תוצאה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ההבדל בין שני סוגי השאלות?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באיתור התשובה כתובה במפורש בטקסט, בפרשנות צריך להסיק ולא להעתיק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אין הבדל, שתיהן דורשות העתקה מילולית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באיתור עונים במשפט ארוך ובפרשנות במילה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פרשנות היא תמיד שאלה על הכותרת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מה קורה אם בוחרים פרט במקום הרעיון המרכזי?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מקבלים ניסוח מדויק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מפספסים את המטרייה שמתחתיה עומדים כל הפרטים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זה בדיוק מה שצריך לעשות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בזה שום בעיה, כל פרט הוא רעיון מרכזי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חזרה מסכמת – יישום בכתיבה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טקסט קצר (כתבה, מודעה או סיפור) שקראתם לאחרונה, ומלאו עבורו תעודת זהות: כותרת, במה, מוען, נמען ותאריך משוער.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פסקה קצרה (3-4 משפטים) על נושא לבחירתכם, המשלבת לפחות שלוש מילות קישור מסוגים שונים (למשל סיבה, תוצאה, ניגוד), וסמנו כל מילת קישור וסוגה.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בחרו שאלה מורכבת מחומר שלמדתם, ועברו איתה את חמשת השלבים של ״השאלה כטקסט״: מה היא מבקשת, אילו מילות שאלה והוראה מופיעות בה, ואיזה סוג תשובה (איתור/פרשנות/הערכה) נדרש.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יודע/ת לבחור את הכלי המתאים (מילון, שורש או הקשר) לפענוח מילה חדשה בטקסט מורכב?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מצליח/ה לנסח רעיון מרכזי במשפט אחד, במילים שלי, ולא להעתיק משפט מהטקסט?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יודע/ת לזהות אם שאלה דורשת איתור, פרשנות או הערכה לפני שאני עונה עליה?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קוראים חכם: אסטרטגיות קריאה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